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758F4" w14:textId="77777777" w:rsidR="00A06B45" w:rsidRDefault="00B35925">
      <w:pPr>
        <w:pStyle w:val="Rubrik"/>
      </w:pPr>
      <w:bookmarkStart w:id="0" w:name="_GoBack"/>
      <w:bookmarkEnd w:id="0"/>
      <w:r>
        <w:t>Lathund Infracontrol</w:t>
      </w:r>
    </w:p>
    <w:p w14:paraId="1C5C41BD" w14:textId="77777777" w:rsidR="00A06B45" w:rsidRDefault="00B35925">
      <w:r>
        <w:rPr>
          <w:b/>
        </w:rPr>
        <w:t>Vanligt arbetsflöde</w:t>
      </w:r>
      <w:r>
        <w:rPr>
          <w:b/>
        </w:rPr>
        <w:br/>
      </w:r>
    </w:p>
    <w:p w14:paraId="1A52B2E0" w14:textId="77777777" w:rsidR="00A06B45" w:rsidRDefault="00B35925">
      <w:pPr>
        <w:pStyle w:val="Numreradlista"/>
      </w:pPr>
      <w:r>
        <w:t>Öppna ärendet.</w:t>
      </w:r>
    </w:p>
    <w:p w14:paraId="71A4EC3A" w14:textId="77777777" w:rsidR="00A06B45" w:rsidRDefault="00B35925">
      <w:pPr>
        <w:pStyle w:val="Numreradlista"/>
      </w:pPr>
      <w:r>
        <w:t>Kvittera ärendet.</w:t>
      </w:r>
    </w:p>
    <w:p w14:paraId="5F075764" w14:textId="77777777" w:rsidR="00A06B45" w:rsidRDefault="00B35925">
      <w:pPr>
        <w:pStyle w:val="Numreradlista"/>
      </w:pPr>
      <w:r>
        <w:t>Lägg till kommentar vid behov.</w:t>
      </w:r>
    </w:p>
    <w:p w14:paraId="37B08DF1" w14:textId="77777777" w:rsidR="00A06B45" w:rsidRDefault="00B35925">
      <w:pPr>
        <w:pStyle w:val="Numreradlista"/>
      </w:pPr>
      <w:r>
        <w:t>Avsluta ärendet när det är färdigt.</w:t>
      </w:r>
    </w:p>
    <w:p w14:paraId="0B421EA3" w14:textId="77777777" w:rsidR="00A06B45" w:rsidRDefault="00B35925">
      <w:pPr>
        <w:pStyle w:val="Rubrik1"/>
      </w:pPr>
      <w:r>
        <w:t>Kvittera ett ärende</w:t>
      </w:r>
    </w:p>
    <w:p w14:paraId="029DFCA7" w14:textId="77777777" w:rsidR="00A06B45" w:rsidRDefault="00B35925">
      <w:r>
        <w:t>Kvittera ärendet när du tar ansvar för att hantera det.</w:t>
      </w:r>
    </w:p>
    <w:p w14:paraId="01F2574E" w14:textId="77777777" w:rsidR="00A06B45" w:rsidRDefault="00B35925">
      <w:pPr>
        <w:pStyle w:val="Numreradlista"/>
      </w:pPr>
      <w:r>
        <w:t>Öppna ärendet.</w:t>
      </w:r>
    </w:p>
    <w:p w14:paraId="490C0D80" w14:textId="77777777" w:rsidR="00A06B45" w:rsidRDefault="00B35925">
      <w:pPr>
        <w:pStyle w:val="Numreradlista"/>
      </w:pPr>
      <w:r>
        <w:t>Klicka på Kvittera.</w:t>
      </w:r>
    </w:p>
    <w:p w14:paraId="6E6EC0E2" w14:textId="77777777" w:rsidR="00A06B45" w:rsidRDefault="00B35925">
      <w:pPr>
        <w:pStyle w:val="Numreradlista"/>
      </w:pPr>
      <w:r>
        <w:t>Tips: Du kan även högerklicka på ett ärende i ärendelistan och välja Kvittera.</w:t>
      </w:r>
    </w:p>
    <w:p w14:paraId="29EA8B0D" w14:textId="77777777" w:rsidR="00A06B45" w:rsidRDefault="00B35925">
      <w:pPr>
        <w:pStyle w:val="Rubrik1"/>
      </w:pPr>
      <w:r>
        <w:t>Avkvittera ett ärende</w:t>
      </w:r>
    </w:p>
    <w:p w14:paraId="25E52965" w14:textId="77777777" w:rsidR="00A06B45" w:rsidRDefault="00B35925">
      <w:r>
        <w:t>Avkvittera ärendet om det ska hanteras av någon annan.</w:t>
      </w:r>
    </w:p>
    <w:p w14:paraId="6371DFF5" w14:textId="77777777" w:rsidR="00A06B45" w:rsidRDefault="00B35925">
      <w:pPr>
        <w:pStyle w:val="Numreradlista"/>
      </w:pPr>
      <w:r>
        <w:t>Öppna ärendet.</w:t>
      </w:r>
    </w:p>
    <w:p w14:paraId="22A992CC" w14:textId="77777777" w:rsidR="00A06B45" w:rsidRDefault="00B35925">
      <w:pPr>
        <w:pStyle w:val="Numreradlista"/>
      </w:pPr>
      <w:r>
        <w:t>Klicka på Avkvittera.</w:t>
      </w:r>
    </w:p>
    <w:p w14:paraId="5E7158F3" w14:textId="77777777" w:rsidR="00A06B45" w:rsidRDefault="00B35925">
      <w:pPr>
        <w:pStyle w:val="Rubrik1"/>
      </w:pPr>
      <w:r>
        <w:t>Lägg till kommentar</w:t>
      </w:r>
    </w:p>
    <w:p w14:paraId="3D6E4F00" w14:textId="77777777" w:rsidR="00A06B45" w:rsidRDefault="00B35925">
      <w:r>
        <w:t>Använd kommentarer för att dokumentera utfört arbete eller lämna information till andra användare.</w:t>
      </w:r>
    </w:p>
    <w:p w14:paraId="4BD97BFB" w14:textId="77777777" w:rsidR="00A06B45" w:rsidRDefault="00B35925">
      <w:pPr>
        <w:pStyle w:val="Numreradlista"/>
      </w:pPr>
      <w:r>
        <w:t>Öppna ärendet.</w:t>
      </w:r>
    </w:p>
    <w:p w14:paraId="717622DF" w14:textId="77777777" w:rsidR="00A06B45" w:rsidRDefault="00B35925">
      <w:pPr>
        <w:pStyle w:val="Numreradlista"/>
      </w:pPr>
      <w:r>
        <w:t>Klicka på Lägg till kommentar.</w:t>
      </w:r>
    </w:p>
    <w:p w14:paraId="5C24CB48" w14:textId="77777777" w:rsidR="00A06B45" w:rsidRDefault="00B35925">
      <w:pPr>
        <w:pStyle w:val="Numreradlista"/>
      </w:pPr>
      <w:r>
        <w:t>Skriv kommentaren.</w:t>
      </w:r>
    </w:p>
    <w:p w14:paraId="0A97762E" w14:textId="77777777" w:rsidR="00A06B45" w:rsidRDefault="00B35925">
      <w:pPr>
        <w:pStyle w:val="Numreradlista"/>
      </w:pPr>
      <w:r>
        <w:t>Klicka på Spara.</w:t>
      </w:r>
    </w:p>
    <w:p w14:paraId="6F9D8133" w14:textId="77777777" w:rsidR="00A06B45" w:rsidRDefault="00B35925">
      <w:pPr>
        <w:pStyle w:val="Rubrik1"/>
      </w:pPr>
      <w:r>
        <w:t>Tilldela ärende till användare (Arbetsledare)</w:t>
      </w:r>
    </w:p>
    <w:p w14:paraId="08726E1A" w14:textId="77777777" w:rsidR="00A06B45" w:rsidRDefault="00B35925">
      <w:r>
        <w:t>Funktionen kräver rollen Arbetsledare.</w:t>
      </w:r>
    </w:p>
    <w:p w14:paraId="28F69691" w14:textId="77777777" w:rsidR="00A06B45" w:rsidRDefault="00B35925">
      <w:pPr>
        <w:pStyle w:val="Numreradlista"/>
      </w:pPr>
      <w:r>
        <w:t>Öppna eller skapa ett ärende.</w:t>
      </w:r>
    </w:p>
    <w:p w14:paraId="16FAF838" w14:textId="77777777" w:rsidR="00A06B45" w:rsidRDefault="00B35925">
      <w:pPr>
        <w:pStyle w:val="Numreradlista"/>
      </w:pPr>
      <w:r>
        <w:t>Välj Ansvarig användargrupp.</w:t>
      </w:r>
    </w:p>
    <w:p w14:paraId="35113105" w14:textId="77777777" w:rsidR="00A06B45" w:rsidRDefault="00B35925">
      <w:pPr>
        <w:pStyle w:val="Numreradlista"/>
      </w:pPr>
      <w:r>
        <w:t>Välj Ansvarig användare.</w:t>
      </w:r>
    </w:p>
    <w:p w14:paraId="6F925AE4" w14:textId="77777777" w:rsidR="00A06B45" w:rsidRDefault="00B35925">
      <w:pPr>
        <w:pStyle w:val="Numreradlista"/>
      </w:pPr>
      <w:r>
        <w:t>Klicka på Spara.</w:t>
      </w:r>
    </w:p>
    <w:p w14:paraId="5CB5C101" w14:textId="77777777" w:rsidR="00A06B45" w:rsidRDefault="00B35925">
      <w:pPr>
        <w:pStyle w:val="Numreradlista"/>
      </w:pPr>
      <w:r>
        <w:t>För att tilldela hela gruppen: välj Alla användare i gruppen under Ansvarig användare.</w:t>
      </w:r>
    </w:p>
    <w:p w14:paraId="43BA3E05" w14:textId="77777777" w:rsidR="00A06B45" w:rsidRDefault="00B35925">
      <w:pPr>
        <w:pStyle w:val="Rubrik1"/>
      </w:pPr>
      <w:r>
        <w:lastRenderedPageBreak/>
        <w:t>Avsluta ett ärende</w:t>
      </w:r>
    </w:p>
    <w:p w14:paraId="5AEA2CEB" w14:textId="77777777" w:rsidR="00A06B45" w:rsidRDefault="00B35925">
      <w:r>
        <w:t>Avsluta ärendet när arbetet är klart.</w:t>
      </w:r>
    </w:p>
    <w:p w14:paraId="64CA0ACF" w14:textId="77777777" w:rsidR="00A06B45" w:rsidRDefault="00B35925">
      <w:pPr>
        <w:pStyle w:val="Numreradlista"/>
      </w:pPr>
      <w:r>
        <w:t>Öppna ärendet.</w:t>
      </w:r>
    </w:p>
    <w:p w14:paraId="360DA66E" w14:textId="77777777" w:rsidR="00A06B45" w:rsidRDefault="00B35925">
      <w:pPr>
        <w:pStyle w:val="Numreradlista"/>
      </w:pPr>
      <w:r>
        <w:t>Klicka på Avsluta.</w:t>
      </w:r>
    </w:p>
    <w:p w14:paraId="44B68DC5" w14:textId="77777777" w:rsidR="00A06B45" w:rsidRDefault="00B35925">
      <w:pPr>
        <w:pStyle w:val="Numreradlista"/>
      </w:pPr>
      <w:r>
        <w:t>Bekräfta avslutet.</w:t>
      </w:r>
    </w:p>
    <w:p w14:paraId="2A69A72B" w14:textId="77777777" w:rsidR="00A06B45" w:rsidRDefault="00B35925">
      <w:pPr>
        <w:pStyle w:val="Rubrik1"/>
      </w:pPr>
      <w:r>
        <w:t>Kom ihåg</w:t>
      </w:r>
    </w:p>
    <w:p w14:paraId="323EE5FA" w14:textId="77777777" w:rsidR="00A06B45" w:rsidRDefault="00B35925">
      <w:r>
        <w:t>✓ Kvittera när du börjar arbeta med ett ärende.</w:t>
      </w:r>
    </w:p>
    <w:p w14:paraId="32097AFE" w14:textId="77777777" w:rsidR="00A06B45" w:rsidRDefault="00B35925">
      <w:r>
        <w:t>✓ Lägg till kommentarer vid utförda åtgärder.</w:t>
      </w:r>
    </w:p>
    <w:p w14:paraId="30C02D94" w14:textId="77777777" w:rsidR="00A06B45" w:rsidRDefault="00B35925">
      <w:r>
        <w:t>✓ Avsluta ärendet när det är färdigt.</w:t>
      </w:r>
    </w:p>
    <w:sectPr w:rsidR="00A06B4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rerad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rerad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6B23"/>
    <w:rsid w:val="00135205"/>
    <w:rsid w:val="0015074B"/>
    <w:rsid w:val="0029639D"/>
    <w:rsid w:val="00326F90"/>
    <w:rsid w:val="00A06B45"/>
    <w:rsid w:val="00AA1D8D"/>
    <w:rsid w:val="00B3592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748D4"/>
  <w14:defaultImageDpi w14:val="300"/>
  <w15:docId w15:val="{9B23849D-25A0-46FD-920B-077DB9A1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Rubrik1">
    <w:name w:val="heading 1"/>
    <w:basedOn w:val="Normal"/>
    <w:next w:val="Normal"/>
    <w:link w:val="Rubri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618BF"/>
  </w:style>
  <w:style w:type="paragraph" w:styleId="Sidfot">
    <w:name w:val="footer"/>
    <w:basedOn w:val="Normal"/>
    <w:link w:val="Sidfo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618BF"/>
  </w:style>
  <w:style w:type="paragraph" w:styleId="Ingetavstnd">
    <w:name w:val="No Spacing"/>
    <w:uiPriority w:val="1"/>
    <w:qFormat/>
    <w:rsid w:val="00FC693F"/>
    <w:pPr>
      <w:spacing w:after="0" w:line="240" w:lineRule="auto"/>
    </w:pPr>
  </w:style>
  <w:style w:type="character" w:customStyle="1" w:styleId="Rubrik1Char">
    <w:name w:val="Rubrik 1 Char"/>
    <w:basedOn w:val="Standardstycketeckensnitt"/>
    <w:link w:val="Rubri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Rubrik">
    <w:name w:val="Title"/>
    <w:basedOn w:val="Normal"/>
    <w:next w:val="Normal"/>
    <w:link w:val="Rubrik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styck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xt">
    <w:name w:val="Body Text"/>
    <w:basedOn w:val="Normal"/>
    <w:link w:val="BrdtextChar"/>
    <w:uiPriority w:val="99"/>
    <w:unhideWhenUsed/>
    <w:rsid w:val="00AA1D8D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AA1D8D"/>
  </w:style>
  <w:style w:type="paragraph" w:styleId="Brdtext2">
    <w:name w:val="Body Text 2"/>
    <w:basedOn w:val="Normal"/>
    <w:link w:val="Brdtext2Char"/>
    <w:uiPriority w:val="99"/>
    <w:unhideWhenUsed/>
    <w:rsid w:val="00AA1D8D"/>
    <w:pPr>
      <w:spacing w:after="120"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rsid w:val="00AA1D8D"/>
  </w:style>
  <w:style w:type="paragraph" w:styleId="Brdtext3">
    <w:name w:val="Body Text 3"/>
    <w:basedOn w:val="Normal"/>
    <w:link w:val="Brd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a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a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a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reradlist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reradlist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reradlist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fortst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fortst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fortst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FC693F"/>
    <w:rPr>
      <w:i/>
      <w:iCs/>
      <w:color w:val="000000" w:themeColor="text1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ark">
    <w:name w:val="Strong"/>
    <w:basedOn w:val="Standardstycketeckensnitt"/>
    <w:uiPriority w:val="22"/>
    <w:qFormat/>
    <w:rsid w:val="00FC693F"/>
    <w:rPr>
      <w:b/>
      <w:bCs/>
    </w:rPr>
  </w:style>
  <w:style w:type="character" w:styleId="Betoning">
    <w:name w:val="Emphasis"/>
    <w:basedOn w:val="Standardstycketeckensnitt"/>
    <w:uiPriority w:val="20"/>
    <w:qFormat/>
    <w:rsid w:val="00FC693F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C693F"/>
    <w:rPr>
      <w:b/>
      <w:bCs/>
      <w:i/>
      <w:iCs/>
      <w:color w:val="4F81BD" w:themeColor="accent1"/>
    </w:rPr>
  </w:style>
  <w:style w:type="character" w:styleId="Diskretbetoning">
    <w:name w:val="Subtle Emphasis"/>
    <w:basedOn w:val="Standardstycketeckensnitt"/>
    <w:uiPriority w:val="19"/>
    <w:qFormat/>
    <w:rsid w:val="00FC693F"/>
    <w:rPr>
      <w:i/>
      <w:iCs/>
      <w:color w:val="808080" w:themeColor="text1" w:themeTint="7F"/>
    </w:rPr>
  </w:style>
  <w:style w:type="character" w:styleId="Starkbetoning">
    <w:name w:val="Intense Emphasis"/>
    <w:basedOn w:val="Standardstycketeckensnitt"/>
    <w:uiPriority w:val="21"/>
    <w:qFormat/>
    <w:rsid w:val="00FC693F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FC693F"/>
    <w:rPr>
      <w:smallCaps/>
      <w:color w:val="C0504D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FC693F"/>
    <w:rPr>
      <w:b/>
      <w:b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FC693F"/>
    <w:pPr>
      <w:outlineLvl w:val="9"/>
    </w:pPr>
  </w:style>
  <w:style w:type="table" w:styleId="Tabellrutnt">
    <w:name w:val="Table Grid"/>
    <w:basedOn w:val="Normal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skuggning">
    <w:name w:val="Light Shading"/>
    <w:basedOn w:val="Normal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juslista">
    <w:name w:val="Light List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juslista-dekorfrg2">
    <w:name w:val="Light List Accent 2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juslista-dekorfrg3">
    <w:name w:val="Light List Accent 3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juslista-dekorfrg4">
    <w:name w:val="Light List Accent 4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juslista-dekorfrg5">
    <w:name w:val="Light List Accent 5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juslista-dekorfrg6">
    <w:name w:val="Light List Accent 6"/>
    <w:basedOn w:val="Normal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justrutnt">
    <w:name w:val="Light Grid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justrutnt-dekorfrg2">
    <w:name w:val="Light Grid Accent 2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justrutnt-dekorfrg4">
    <w:name w:val="Light Grid Accent 4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justrutnt-dekorfrg5">
    <w:name w:val="Light Grid Accent 5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justrutnt-dekorfrg6">
    <w:name w:val="Light Grid Accent 6"/>
    <w:basedOn w:val="Normal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llanmrkskuggning1">
    <w:name w:val="Medium Shading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lista1">
    <w:name w:val="Medium Lis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llanmrklista2">
    <w:name w:val="Medium Lis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trutnt1">
    <w:name w:val="Medium Grid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llanmrktrutnt2">
    <w:name w:val="Medium Grid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a">
    <w:name w:val="Dark List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a-dekorfrg2">
    <w:name w:val="Dark List Accent 2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a-dekorfrg3">
    <w:name w:val="Dark List Accent 3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a-dekorfrg4">
    <w:name w:val="Dark List Accent 4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a-dekorfrg5">
    <w:name w:val="Dark List Accent 5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a-dekorfrg6">
    <w:name w:val="Dark List Accent 6"/>
    <w:basedOn w:val="Normal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rgadskuggning">
    <w:name w:val="Colorful Shading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lista">
    <w:name w:val="Colorful List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rgadlista-dekorfrg2">
    <w:name w:val="Colorful List Accent 2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rgadlista-dekorfrg3">
    <w:name w:val="Colorful List Accent 3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rgadlista-dekorfrg4">
    <w:name w:val="Colorful List Accent 4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rgadlista-dekorfrg5">
    <w:name w:val="Colorful List Accent 5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rgadlista-dekorfrg6">
    <w:name w:val="Colorful List Accent 6"/>
    <w:basedOn w:val="Normal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rgatrutnt">
    <w:name w:val="Colorful Grid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rgatrutnt-dekorfrg2">
    <w:name w:val="Colorful Grid Accent 2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rgatrutnt-dekorfrg3">
    <w:name w:val="Colorful Grid Accent 3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rgatrutnt-dekorfrg4">
    <w:name w:val="Colorful Grid Accent 4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rgatrutnt-dekorfrg5">
    <w:name w:val="Colorful Grid Accent 5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rgatrutnt-dekorfrg6">
    <w:name w:val="Colorful Grid Accent 6"/>
    <w:basedOn w:val="Normal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380FFB3F12B94C974210B2DC50F982" ma:contentTypeVersion="15" ma:contentTypeDescription="Skapa ett nytt dokument." ma:contentTypeScope="" ma:versionID="7d7a4fcb1e8a9b15936e7962ba5c73d2">
  <xsd:schema xmlns:xsd="http://www.w3.org/2001/XMLSchema" xmlns:xs="http://www.w3.org/2001/XMLSchema" xmlns:p="http://schemas.microsoft.com/office/2006/metadata/properties" xmlns:ns3="89e374f4-c1d6-4515-9e44-aae62bca50f6" xmlns:ns4="dc41e969-c8d7-4831-9b9a-3f93b79342eb" targetNamespace="http://schemas.microsoft.com/office/2006/metadata/properties" ma:root="true" ma:fieldsID="f0d53905f4444b92ada1008999551995" ns3:_="" ns4:_="">
    <xsd:import namespace="89e374f4-c1d6-4515-9e44-aae62bca50f6"/>
    <xsd:import namespace="dc41e969-c8d7-4831-9b9a-3f93b79342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374f4-c1d6-4515-9e44-aae62bca50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1e969-c8d7-4831-9b9a-3f93b79342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c41e969-c8d7-4831-9b9a-3f93b79342e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7BE4CAC-322A-4A97-8D74-B0F84AB4D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e374f4-c1d6-4515-9e44-aae62bca50f6"/>
    <ds:schemaRef ds:uri="dc41e969-c8d7-4831-9b9a-3f93b7934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566E23-78F0-429E-9413-632D3F9CF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DB8BA-120E-4A18-8EC3-215FF46586C0}">
  <ds:schemaRefs>
    <ds:schemaRef ds:uri="http://schemas.microsoft.com/office/2006/documentManagement/types"/>
    <ds:schemaRef ds:uri="http://schemas.openxmlformats.org/package/2006/metadata/core-properties"/>
    <ds:schemaRef ds:uri="89e374f4-c1d6-4515-9e44-aae62bca50f6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dc41e969-c8d7-4831-9b9a-3f93b79342eb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00829C2-8E2F-40C4-A1EC-A0180702F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Svensson Littorin</dc:creator>
  <cp:keywords/>
  <dc:description>generated by python-docx</dc:description>
  <cp:lastModifiedBy>Madeleine Nilsson</cp:lastModifiedBy>
  <cp:revision>2</cp:revision>
  <dcterms:created xsi:type="dcterms:W3CDTF">2026-10-19T13:06:00Z</dcterms:created>
  <dcterms:modified xsi:type="dcterms:W3CDTF">2026-10-19T13:06:00Z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0x010100B4380FFB3F12B94C974210B2DC50F982</vt:lpwstr>
  </property>
</Properties>
</file>